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7.04.202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85 (08.04.2025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