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12.12.2024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580 (10.12.2024)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