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31.10.2024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579 (29.10.2024)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