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6.05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537 (24.05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