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03.12.2021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524 (01.12.2021)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