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21.07.2021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510 (15.07.2021)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