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13.07.2021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509 (09.07.2021)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