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Действует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30.04.2021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502 (29.04.2021)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  <w:br/>
              <w:br/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