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01.09.2020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480 (27.08.2020)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