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25.12.2019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460 (25.12.2019)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