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02.08.2019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444 (01.08.2019)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