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26.12.2018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416 (26.12.2018)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