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391 (18.07.2018)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23.04.2019</w:t>
              <w:br/>
              <w:t>Протокол заседания Правления № 432 (23.04.2019)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