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25.08.2017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329 (25.08.2017)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