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309 от 31.08.2026г.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131 от 15.04.2026г.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166 от 17.04.2025г.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№130 от 15.04.2024г.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№412 от 23.10.2023г.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№313 от 14.07.2023г.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140 от 18.04.2023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№165 от 18.04.2022г.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156 от 14.04.2021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154 от 23.04.2020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197 от 29.04.2019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