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300 от 26.08.2026г.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10.12.2026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170 от 12.05.2026г.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200 от 14.05.2025г.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90 от 12.02.2025г.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155 от 13.05.2024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№182 от  16.05.2023г.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№242 от 13.05.2022г.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217 от 03.05.2019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198 от 03.05.2018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