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303 от 26.08.2026г.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 от 20.01.2025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№161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№208 от 12.04.2022г.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 от 31.01.2022г.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14.04.2022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