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291 от 21.08.2026г.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№354 от 20.08.2025г.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№301 от 27.08.2024г.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№311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№331 от 28.08.2023г.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№444 от 29.08.2022г.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№662 от 21.12.2021г.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618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568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398 от 30.08.2021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№328 от 27.08.2020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438 от 12.08.2019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