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290 от 20.08.2026г.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№352 от 19.08.2025г.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№299 от 26.08.2024г.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№328 от 23.08.2023г.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№474 от 25.08.2022г.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326 от 26.08.2021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№338 от 18.08.2020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441 от 14.08.2019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408 от 22.08.2018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