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295 от 10.08.2026г.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269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13.08.2026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№286 от 20.06.2025г.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№460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 от 18.01.2023г.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