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7 от 10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53 от 20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81 от 07.08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7 от 07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