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264 от 21.07.2026г.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