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61 от 17.07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20 от 24.07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71 от 23.07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06 от 27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