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258 от 16.07.2026г.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26.11.2026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№317 от 22.07.2025г.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№268 от 22.07.2024г.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№301 от 24.07.2023г.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№420 от 28.07.2022г.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366 от 28.07.2021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302 от 27.07.2020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