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253 от 13.07.2026г.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№307 от 15.07.2025г.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№262 от 17.07.2024г.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№293 от 19.07.2023г.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№413 от 22.07.2022г.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361 от 26.07.2021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279 от 23.07.2020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388 от 16.07.2019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353 от 16.07.2018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179 от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