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269 от 10.07.2026г.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13.08.2026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№286 от 20.06.2025г.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№460 от 20.12.2024г.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26.06.2025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 от 18.01.2023г.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