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251 от 10.07.2026г.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10.07.2026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№305 от 14.07.2025г.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14.07.2025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№260 от 16.07.2024г.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16.07.2024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№291 от 17.07.2023г.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17.07.2023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№410 от 20.07.2022г.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358 от 22.07.2021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293 от 17.07.2020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17.07.2020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381 от 01.08.2019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366 от 24.07.2018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24.07.2018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108 от 27.07.2017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27.07.2017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141 от 26.07.2016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26.07.2016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