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227 от 22.06.2026г.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№270 от 25.06.2025г.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№227 от 26.06.2024г.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№257 от 22.06.2023г.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359 от 27.06.2022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304 от 30.06.2021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256 от 26.06.2020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375 от 17.07.2019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