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189 от 26.05.2026г.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26.05.2026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№425 от 17.09.2025г.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222 от 23.05.2025г.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№181 от 30.05.2024г.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№205 от 31.05.2023г.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№273 от 27.05.2022г.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255 от 28.05.2021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№222 от 04.06.2020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250 от 11.06.2019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250 от 11.06.2018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