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22.05.2026г.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№176 от 11.05.2023г.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