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184 от 21.05.2026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№174 от 10.05.2023г.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