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180 от 19.05.2026г.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19.05.2026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210 от 19.05.2025г.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167 от 21.05.2024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№192 от 23.05.2023г.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№257 от 20.05.2022г.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238 от 18.05.2021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№203 от 27.05.2020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27.05.2020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