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150 от 28.04.2026г.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178 от 25.04.2025г.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142 от 23.04.2024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153 от 26.04.2023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№196 от 28.04.2022г.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