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149 от 28.04.2026г.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