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16.04.2026г.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169 от 21.04.2025г.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17.04.2024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21.04.2023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