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№105 от 23.03.2026г.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127 от 24.03.2025г.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№97 от 25.03.2024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№103 от 22.03.2023г.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№143 от 24.03.2022г.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122 от 19.03.2021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119 от 27.03.2020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112 от 19.03.2019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