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№93 от 13.03.2026г.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13.03.2026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116 от 17.03.2025г.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17.03.2025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№88 от 18.03.2024г.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18.03.2024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№94 от 16.03.2023г.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16.03.2023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№136 от 21.03.2022г.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21.03.2022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101 от 15.03.2021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15.03.2021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114 от 24.03.2020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24.03.2020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