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 от 20.02.2026г.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74 от 24.02.2025г.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№61 от 26.02.2024г.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 от 21.02.2023г.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№80 от 21.02.2022г.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18.02.2021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 от 17.02.2020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26.02.2019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