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№56 от 18.02.2026г.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 от 17.02.2025г.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 от 19.02.2024г.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№65 от 20.02.2023г.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№50 от 21.02.2022г.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55 от 16.02.2021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69 от 14.02.2020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