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 от 17.02.2026г.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 от 19.02.2025г.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 от 28.02.2024г.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№72 от 28.03.2023г.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№85 от 24.02.2022г.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 от 23.02.2021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61 от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