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 от 29.01.2026г.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№173 от 24.05.2024г.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№178 от 12.05.2023г.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№275 от 30.05..2022г.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