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№23 от 29.01.2026г.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№363 от 09.10.2024г.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531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