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№546 от 18.12.2025г.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№626 от 07.12.2022г.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№705 от 24.12.2019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642 от 27.12.2018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