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№543 от 16.12.2025г.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№438 от 18.12.2024г.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№457 от 21.12.2023г.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№644 от 20.12.2022г.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28 от 20.01.2021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№655 от 25.11.2019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587 от 22.11.2018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237 от 04.12.2017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221 от 05.12.2016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173 от 04.12.2015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172 от 03.12.2014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174 от 04.12.2013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181 от 21.11.2012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