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№538 от 12.12.2025г.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12.12.2025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№433 от 12.12.2024г.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12.12.2024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№467 от 13.12.2023г.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13.12.2023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№640 от 16.12.2022г.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16.12.2022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№639 от 13.12.2021г.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13.12.2021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503 от 18.12.2020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18.12.2020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703 от 23.12.2019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23.12.2019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636 от 24.12.2018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24.12.2018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