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№507 от 27.11.2025г.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№413 от 20.11.2024г.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№435 от 23.11.2023г.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№604 от 28.11.2022г.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