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№515 от 20.11.2025г.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Рекомендация Правлению об исключении из состава А "СО "СЧ"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№87 от 10.03.2023г.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