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№492 от 18.11.2025г.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№575 от 08.11.2022г.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№651 от 21.11.2019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581 от 19.11.2018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234 от 28.11.2017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219 от 29.11.2016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171 от 27.11.2015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170 от 27.11.2014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172 от 28.11.2013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179 от 15.11.2012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