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№488 от 14.11.2025г.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№402 от 13.11.2024г.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№427 от 15.11.2023г.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№590 от 17.11.2022г.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588 от 24.11.2021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№470 от 23.11.2020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№647 от 19.11.2019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575 от 14.11.2018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231 от 21.11.2017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