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№483 от 11.11.2025г.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№396 от 08.11.2024г.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08.11.2024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422 от 10.11.2023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№583 от 14.11.2022г.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581 от 17.11.2021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473 от 11.11.2020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№641 от 14.11.2019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569 от 15.11.2018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